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כללי הבחירה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רמות קושי (ירוק, צהוב, אדום) וסוגי משימות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בעצמנו משימה בהשראת הלוח ולנתח רגע מפנה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כללי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המשבצת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הדמות הראשית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שני שיעורים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מסומנת בכוכב וחייבים לבחור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חייבים לפחות משבצת אחת מכל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מסומנת בצבע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משימה זו מסומנת כרמה מתקדמת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סיבוך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(כתיבה - רמה בסיסית)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(ציור - רמת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(שיחה - רמה מתקדמת)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(תנועה ומשחק - רמה בסיסית)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(דיגיטל - רמת ביניים)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היכרות עם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מתעוררת הבעיה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נקודת המתח הגבוהה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הבעיה נפתרת וההתרה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על רגע מפנה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תיאור האירוע, השינוי אצל הדמות וציטוט קצר מהטקסט התומך בכך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ירוק-בסיסי, צהוב-ביניים, אדום-מתקדם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אחת מכל צבע, והמשבצת האמצעית המסומנת בכוכב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כתיבת סוף אחר לסיפור, כיסא חם, או השוואה בין 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על המקרן ולתת לתלמידים לבחור בפועל משבצות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שהמשבצת האמצעית היא חובה בכל לוח, ללא קשר לצבעה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במשימה הפתוחה אפשר לאסוף את המשימות שהתלמידים הציעו ולשלב חלקן בלוח הבא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בחירה הוא כלי לימוד. כל תלמיד בוחר משימות. יש משימות קלות, בינוניות וקשות. בדף הזה נתרגל את הכללים ואת המשימות על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עם 9 משימות שונות, כל תלמיד בוחר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קושי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קשה המשימה - ירוק קל, צהוב בינוני, אדום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 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שחייבים לבחור, מסומנת בכוכב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מפנה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בסיפור שבה משהו משתנה אצל הדמות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כיסא חם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תלמיד משחק דמות ועונה על שאלות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בסיפור: פתיחה, סיבוך, שיא, פתרון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שבו מתעוררת הבעיה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ראשית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הדמות המרכזית שסביבה מתרחש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כללי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משבצות בוחרים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הוא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משבצת חייבים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משבצת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המשבצת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משבצת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עונה בכיסא 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יש ללוח?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שיעורים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בלוח היא תמיד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את כל תשע המשבצות באותו צבע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הקומיקס שייכת לרמת קושי 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בכיסא חם שאר הכיתה שואלת שאלות והתלמיד עונה כמו הדמות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סוף אחר לסיפור שייכת לרמה בסיסית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הבחירה יש __________ 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הצבע __________ מסמל רמת קושי מתקדמת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משימת ה'כיסא __________' מזמינה תלמיד לשחק דמות ולענות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בפינת היצירה מכינים 'קופסת __________' עם חמישה חפצים השייכים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הקומיקס מסכם: פתיחה, __________, שיא ופתרון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משימה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כתבו בטבלה מי הדמויות, איפה ומתי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ציור - רמת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ציירו קומיקס של שש משבצות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שיחה - רמה מתקדמת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כיסא חם על הדמות הראשית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תנועה ומשחק - רמה בסיסית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בנו ארבע תמונות קפואות בקבוצה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דיגיטל - רמת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צרו פרופיל ברשת חברתית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כתיבה - רמה בסיסית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שלבי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נקודת המתח הגבוהה ביותר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- הבעיה נפתרת וההתרה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היכרות עם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מתעוררת הבעיה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על רגע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רגע מפנה בסיפור שלמדתם: מה קרה, מה השתנה אצל הדמות, ואיזה משפט בטקסט מוכיח 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הצבעים בלוח הבחירה ולמה כל אחד מסמל?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משבצות חובה לכלול בכל לוח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מרמת קושי מתקדמת מתוך הלוח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לסיפור קצר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